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010B8" w14:textId="756E409E" w:rsidR="00536760" w:rsidRPr="001742F3" w:rsidRDefault="008D20B5" w:rsidP="008D20B5">
      <w:pPr>
        <w:pStyle w:val="aa"/>
        <w:jc w:val="center"/>
        <w:rPr>
          <w:rFonts w:ascii="Yu Gothic" w:eastAsia="Yu Gothic" w:hAnsi="Yu Gothic"/>
          <w:b/>
          <w:bCs/>
          <w:sz w:val="28"/>
          <w:szCs w:val="44"/>
          <w:lang w:eastAsia="ja-JP"/>
        </w:rPr>
      </w:pPr>
      <w:r w:rsidRPr="001742F3">
        <w:rPr>
          <w:rFonts w:ascii="Yu Gothic" w:eastAsia="Yu Gothic" w:hAnsi="Yu Gothic" w:hint="eastAsia"/>
          <w:b/>
          <w:bCs/>
          <w:sz w:val="28"/>
          <w:szCs w:val="44"/>
          <w:lang w:eastAsia="ja-JP"/>
        </w:rPr>
        <w:t xml:space="preserve">やつしろ復興応援セット　</w:t>
      </w:r>
      <w:r w:rsidRPr="001742F3">
        <w:rPr>
          <w:rFonts w:ascii="Yu Gothic" w:eastAsia="Yu Gothic" w:hAnsi="Yu Gothic"/>
          <w:b/>
          <w:bCs/>
          <w:sz w:val="28"/>
          <w:szCs w:val="44"/>
          <w:lang w:eastAsia="ja-JP"/>
        </w:rPr>
        <w:t>法人団体用申込書</w:t>
      </w:r>
    </w:p>
    <w:p w14:paraId="508E3F01" w14:textId="77777777" w:rsidR="00536760" w:rsidRPr="006B1FCC" w:rsidRDefault="00000000" w:rsidP="0042492A">
      <w:pPr>
        <w:jc w:val="right"/>
        <w:rPr>
          <w:rFonts w:ascii="Yu Gothic" w:eastAsia="Yu Gothic" w:hAnsi="Yu Gothic"/>
          <w:sz w:val="20"/>
          <w:szCs w:val="24"/>
          <w:u w:val="single"/>
          <w:lang w:eastAsia="ja-JP"/>
        </w:rPr>
      </w:pPr>
      <w:r w:rsidRPr="006B1FCC">
        <w:rPr>
          <w:rFonts w:ascii="Yu Gothic" w:eastAsia="Yu Gothic" w:hAnsi="Yu Gothic"/>
          <w:sz w:val="20"/>
          <w:szCs w:val="24"/>
          <w:u w:val="single"/>
          <w:lang w:eastAsia="ja-JP"/>
        </w:rPr>
        <w:t>申込締切：2027年3月30日（火）必着</w:t>
      </w:r>
    </w:p>
    <w:p w14:paraId="7C13F33C" w14:textId="00BD3261" w:rsidR="00536760" w:rsidRPr="006B1FCC" w:rsidRDefault="0042492A">
      <w:pPr>
        <w:rPr>
          <w:rFonts w:ascii="Yu Gothic" w:eastAsia="Yu Gothic" w:hAnsi="Yu Gothic"/>
          <w:sz w:val="20"/>
          <w:szCs w:val="24"/>
          <w:lang w:eastAsia="ja-JP"/>
        </w:rPr>
      </w:pPr>
      <w:r w:rsidRPr="006B1FCC">
        <w:rPr>
          <w:rFonts w:ascii="Yu Gothic" w:eastAsia="Yu Gothic" w:hAnsi="Yu Gothic" w:hint="eastAsia"/>
          <w:sz w:val="20"/>
          <w:szCs w:val="24"/>
          <w:lang w:eastAsia="ja-JP"/>
        </w:rPr>
        <w:t>※</w:t>
      </w:r>
      <w:r w:rsidRPr="006B1FCC">
        <w:rPr>
          <w:rFonts w:ascii="Yu Gothic" w:eastAsia="Yu Gothic" w:hAnsi="Yu Gothic"/>
          <w:sz w:val="20"/>
          <w:szCs w:val="24"/>
          <w:lang w:eastAsia="ja-JP"/>
        </w:rPr>
        <w:t>複数配送先は専用Excelに入力し、申込書と一緒にメールでお送りください。</w:t>
      </w:r>
    </w:p>
    <w:p w14:paraId="7BE89F64" w14:textId="77777777" w:rsidR="004E5AEA" w:rsidRDefault="00000000" w:rsidP="004E5AEA">
      <w:pPr>
        <w:jc w:val="right"/>
        <w:rPr>
          <w:rFonts w:ascii="Yu Gothic" w:eastAsia="Yu Gothic" w:hAnsi="Yu Gothic"/>
          <w:lang w:eastAsia="ja-JP"/>
        </w:rPr>
      </w:pPr>
      <w:r w:rsidRPr="00F9323E">
        <w:rPr>
          <w:rFonts w:ascii="Yu Gothic" w:eastAsia="Yu Gothic" w:hAnsi="Yu Gothic"/>
          <w:sz w:val="20"/>
          <w:szCs w:val="24"/>
          <w:lang w:eastAsia="ja-JP"/>
        </w:rPr>
        <w:t xml:space="preserve">申込日：　　　 年　　 月　　 日　</w:t>
      </w:r>
      <w:r w:rsidRPr="008D20B5">
        <w:rPr>
          <w:rFonts w:ascii="Yu Gothic" w:eastAsia="Yu Gothic" w:hAnsi="Yu Gothic"/>
          <w:lang w:eastAsia="ja-JP"/>
        </w:rPr>
        <w:t xml:space="preserve">　　　</w:t>
      </w:r>
    </w:p>
    <w:p w14:paraId="41B85702" w14:textId="56C145D7" w:rsidR="00536760" w:rsidRPr="008D20B5" w:rsidRDefault="00536760" w:rsidP="006109AF">
      <w:pPr>
        <w:spacing w:after="0"/>
        <w:rPr>
          <w:rFonts w:ascii="Yu Gothic" w:eastAsia="Yu Gothic" w:hAnsi="Yu Gothic"/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8135"/>
      </w:tblGrid>
      <w:tr w:rsidR="004E5AEA" w:rsidRPr="008D20B5" w14:paraId="4FBB1960" w14:textId="77777777" w:rsidTr="00947EDF">
        <w:trPr>
          <w:cantSplit/>
        </w:trPr>
        <w:tc>
          <w:tcPr>
            <w:tcW w:w="10205" w:type="dxa"/>
            <w:gridSpan w:val="2"/>
            <w:shd w:val="clear" w:color="auto" w:fill="000000" w:themeFill="text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D736A1F" w14:textId="5840D928" w:rsidR="004E5AEA" w:rsidRPr="006B1FCC" w:rsidRDefault="004E5AEA">
            <w:pPr>
              <w:spacing w:after="0"/>
              <w:rPr>
                <w:rFonts w:ascii="Yu Gothic" w:eastAsia="Yu Gothic" w:hAnsi="Yu Gothic"/>
                <w:b/>
                <w:bCs/>
                <w:color w:val="FFFFFF" w:themeColor="background1"/>
                <w:sz w:val="22"/>
                <w:szCs w:val="32"/>
              </w:rPr>
            </w:pPr>
            <w:r w:rsidRPr="006B1FCC">
              <w:rPr>
                <w:rFonts w:ascii="Yu Gothic" w:eastAsia="Yu Gothic" w:hAnsi="Yu Gothic"/>
                <w:b/>
                <w:bCs/>
                <w:color w:val="FFFFFF" w:themeColor="background1"/>
                <w:sz w:val="22"/>
                <w:szCs w:val="32"/>
              </w:rPr>
              <w:t xml:space="preserve">1 </w:t>
            </w:r>
            <w:proofErr w:type="spellStart"/>
            <w:r w:rsidRPr="006B1FCC">
              <w:rPr>
                <w:rFonts w:ascii="Yu Gothic" w:eastAsia="Yu Gothic" w:hAnsi="Yu Gothic"/>
                <w:b/>
                <w:bCs/>
                <w:color w:val="FFFFFF" w:themeColor="background1"/>
                <w:sz w:val="22"/>
                <w:szCs w:val="32"/>
              </w:rPr>
              <w:t>お申込者とご担当者</w:t>
            </w:r>
            <w:proofErr w:type="spellEnd"/>
          </w:p>
        </w:tc>
      </w:tr>
      <w:tr w:rsidR="004E5AEA" w:rsidRPr="008D20B5" w14:paraId="3CA6A54C" w14:textId="77777777" w:rsidTr="00947EDF">
        <w:trPr>
          <w:cantSplit/>
        </w:trPr>
        <w:tc>
          <w:tcPr>
            <w:tcW w:w="207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4D7C53C" w14:textId="1D41BE35" w:rsidR="004E5AEA" w:rsidRPr="00F9323E" w:rsidRDefault="004E5AEA">
            <w:pPr>
              <w:spacing w:after="0"/>
              <w:rPr>
                <w:rFonts w:ascii="Yu Gothic" w:eastAsia="Yu Gothic" w:hAnsi="Yu Gothic"/>
                <w:sz w:val="20"/>
                <w:szCs w:val="24"/>
              </w:rPr>
            </w:pPr>
            <w:proofErr w:type="spellStart"/>
            <w:r w:rsidRPr="00F9323E">
              <w:rPr>
                <w:rFonts w:ascii="Yu Gothic" w:eastAsia="Yu Gothic" w:hAnsi="Yu Gothic"/>
                <w:sz w:val="20"/>
                <w:szCs w:val="24"/>
              </w:rPr>
              <w:t>法人・団体名</w:t>
            </w:r>
            <w:proofErr w:type="spellEnd"/>
          </w:p>
        </w:tc>
        <w:tc>
          <w:tcPr>
            <w:tcW w:w="81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4B631F0" w14:textId="77777777" w:rsidR="004E5AEA" w:rsidRPr="00F9323E" w:rsidRDefault="004E5AEA">
            <w:pPr>
              <w:spacing w:after="0"/>
              <w:rPr>
                <w:rFonts w:ascii="Yu Gothic" w:eastAsia="Yu Gothic" w:hAnsi="Yu Gothic"/>
                <w:sz w:val="20"/>
                <w:szCs w:val="24"/>
              </w:rPr>
            </w:pPr>
          </w:p>
        </w:tc>
      </w:tr>
      <w:tr w:rsidR="00536760" w:rsidRPr="008D20B5" w14:paraId="38FA7CB2" w14:textId="77777777" w:rsidTr="00947EDF">
        <w:trPr>
          <w:cantSplit/>
        </w:trPr>
        <w:tc>
          <w:tcPr>
            <w:tcW w:w="207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7C96A4A" w14:textId="77777777" w:rsidR="00536760" w:rsidRPr="00F9323E" w:rsidRDefault="00000000">
            <w:pPr>
              <w:spacing w:after="0"/>
              <w:rPr>
                <w:rFonts w:ascii="Yu Gothic" w:eastAsia="Yu Gothic" w:hAnsi="Yu Gothic"/>
                <w:sz w:val="20"/>
                <w:szCs w:val="24"/>
              </w:rPr>
            </w:pPr>
            <w:proofErr w:type="spellStart"/>
            <w:r w:rsidRPr="00F9323E">
              <w:rPr>
                <w:rFonts w:ascii="Yu Gothic" w:eastAsia="Yu Gothic" w:hAnsi="Yu Gothic"/>
                <w:sz w:val="20"/>
                <w:szCs w:val="24"/>
              </w:rPr>
              <w:t>部署・担当者名</w:t>
            </w:r>
            <w:proofErr w:type="spellEnd"/>
          </w:p>
        </w:tc>
        <w:tc>
          <w:tcPr>
            <w:tcW w:w="81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4FF80BB" w14:textId="77777777" w:rsidR="00536760" w:rsidRPr="00F9323E" w:rsidRDefault="00536760">
            <w:pPr>
              <w:spacing w:after="0"/>
              <w:rPr>
                <w:rFonts w:ascii="Yu Gothic" w:eastAsia="Yu Gothic" w:hAnsi="Yu Gothic"/>
                <w:sz w:val="20"/>
                <w:szCs w:val="24"/>
              </w:rPr>
            </w:pPr>
          </w:p>
        </w:tc>
      </w:tr>
      <w:tr w:rsidR="00536760" w:rsidRPr="008D20B5" w14:paraId="3F26B8CF" w14:textId="77777777" w:rsidTr="00947EDF">
        <w:trPr>
          <w:cantSplit/>
        </w:trPr>
        <w:tc>
          <w:tcPr>
            <w:tcW w:w="207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C8E8EAE" w14:textId="77777777" w:rsidR="00536760" w:rsidRPr="00F9323E" w:rsidRDefault="00000000">
            <w:pPr>
              <w:spacing w:after="0"/>
              <w:rPr>
                <w:rFonts w:ascii="Yu Gothic" w:eastAsia="Yu Gothic" w:hAnsi="Yu Gothic"/>
                <w:sz w:val="20"/>
                <w:szCs w:val="24"/>
              </w:rPr>
            </w:pPr>
            <w:r w:rsidRPr="00F9323E">
              <w:rPr>
                <w:rFonts w:ascii="Yu Gothic" w:eastAsia="Yu Gothic" w:hAnsi="Yu Gothic"/>
                <w:sz w:val="20"/>
                <w:szCs w:val="24"/>
              </w:rPr>
              <w:t>所在地</w:t>
            </w:r>
          </w:p>
        </w:tc>
        <w:tc>
          <w:tcPr>
            <w:tcW w:w="81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4049722" w14:textId="77777777" w:rsidR="00536760" w:rsidRPr="00F9323E" w:rsidRDefault="00000000">
            <w:pPr>
              <w:spacing w:after="0"/>
              <w:rPr>
                <w:rFonts w:ascii="Yu Gothic" w:eastAsia="Yu Gothic" w:hAnsi="Yu Gothic"/>
                <w:sz w:val="20"/>
                <w:szCs w:val="24"/>
              </w:rPr>
            </w:pPr>
            <w:r w:rsidRPr="00F9323E">
              <w:rPr>
                <w:rFonts w:ascii="Yu Gothic" w:eastAsia="Yu Gothic" w:hAnsi="Yu Gothic"/>
                <w:sz w:val="20"/>
                <w:szCs w:val="24"/>
              </w:rPr>
              <w:t>〒</w:t>
            </w:r>
            <w:r w:rsidRPr="00F9323E">
              <w:rPr>
                <w:rFonts w:ascii="Yu Gothic" w:eastAsia="Yu Gothic" w:hAnsi="Yu Gothic"/>
                <w:sz w:val="20"/>
                <w:szCs w:val="24"/>
              </w:rPr>
              <w:br/>
            </w:r>
          </w:p>
        </w:tc>
      </w:tr>
      <w:tr w:rsidR="00536760" w:rsidRPr="008D20B5" w14:paraId="4C8B4E67" w14:textId="77777777" w:rsidTr="00947EDF">
        <w:trPr>
          <w:cantSplit/>
        </w:trPr>
        <w:tc>
          <w:tcPr>
            <w:tcW w:w="207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B8CC5A6" w14:textId="77777777" w:rsidR="00536760" w:rsidRPr="00F9323E" w:rsidRDefault="00000000">
            <w:pPr>
              <w:spacing w:after="0"/>
              <w:rPr>
                <w:rFonts w:ascii="Yu Gothic" w:eastAsia="Yu Gothic" w:hAnsi="Yu Gothic"/>
                <w:sz w:val="20"/>
                <w:szCs w:val="24"/>
              </w:rPr>
            </w:pPr>
            <w:r w:rsidRPr="00F9323E">
              <w:rPr>
                <w:rFonts w:ascii="Yu Gothic" w:eastAsia="Yu Gothic" w:hAnsi="Yu Gothic"/>
                <w:sz w:val="20"/>
                <w:szCs w:val="24"/>
              </w:rPr>
              <w:t>電話・FAX</w:t>
            </w:r>
          </w:p>
        </w:tc>
        <w:tc>
          <w:tcPr>
            <w:tcW w:w="81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2875315" w14:textId="13EA6FD8" w:rsidR="00536760" w:rsidRPr="00F9323E" w:rsidRDefault="00000000">
            <w:pPr>
              <w:spacing w:after="0"/>
              <w:rPr>
                <w:rFonts w:ascii="Yu Gothic" w:eastAsia="Yu Gothic" w:hAnsi="Yu Gothic"/>
                <w:sz w:val="20"/>
                <w:szCs w:val="24"/>
                <w:lang w:eastAsia="zh-TW"/>
              </w:rPr>
            </w:pPr>
            <w:r w:rsidRPr="00F9323E">
              <w:rPr>
                <w:rFonts w:ascii="Yu Gothic" w:eastAsia="Yu Gothic" w:hAnsi="Yu Gothic"/>
                <w:sz w:val="20"/>
                <w:szCs w:val="24"/>
                <w:lang w:eastAsia="zh-TW"/>
              </w:rPr>
              <w:t xml:space="preserve">電話：　　　　　　　　　</w:t>
            </w:r>
            <w:r w:rsidR="00F9134F">
              <w:rPr>
                <w:rFonts w:ascii="Yu Gothic" w:eastAsia="Yu Gothic" w:hAnsi="Yu Gothic" w:hint="eastAsia"/>
                <w:sz w:val="20"/>
                <w:szCs w:val="24"/>
                <w:lang w:eastAsia="zh-TW"/>
              </w:rPr>
              <w:t xml:space="preserve">　　　　　</w:t>
            </w:r>
            <w:r w:rsidRPr="00F9323E">
              <w:rPr>
                <w:rFonts w:ascii="Yu Gothic" w:eastAsia="Yu Gothic" w:hAnsi="Yu Gothic"/>
                <w:sz w:val="20"/>
                <w:szCs w:val="24"/>
                <w:lang w:eastAsia="zh-TW"/>
              </w:rPr>
              <w:t xml:space="preserve">　　FAX：</w:t>
            </w:r>
          </w:p>
        </w:tc>
      </w:tr>
      <w:tr w:rsidR="00536760" w:rsidRPr="008D20B5" w14:paraId="3DBDB805" w14:textId="77777777" w:rsidTr="00947EDF">
        <w:trPr>
          <w:cantSplit/>
        </w:trPr>
        <w:tc>
          <w:tcPr>
            <w:tcW w:w="207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74BB656" w14:textId="77777777" w:rsidR="00536760" w:rsidRPr="00F9323E" w:rsidRDefault="00000000">
            <w:pPr>
              <w:spacing w:after="0"/>
              <w:rPr>
                <w:rFonts w:ascii="Yu Gothic" w:eastAsia="Yu Gothic" w:hAnsi="Yu Gothic"/>
                <w:sz w:val="20"/>
                <w:szCs w:val="24"/>
              </w:rPr>
            </w:pPr>
            <w:proofErr w:type="spellStart"/>
            <w:r w:rsidRPr="00F9323E">
              <w:rPr>
                <w:rFonts w:ascii="Yu Gothic" w:eastAsia="Yu Gothic" w:hAnsi="Yu Gothic"/>
                <w:sz w:val="20"/>
                <w:szCs w:val="24"/>
              </w:rPr>
              <w:t>メールアドレス</w:t>
            </w:r>
            <w:proofErr w:type="spellEnd"/>
          </w:p>
        </w:tc>
        <w:tc>
          <w:tcPr>
            <w:tcW w:w="81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E9ED0D1" w14:textId="77777777" w:rsidR="00536760" w:rsidRPr="00F9323E" w:rsidRDefault="00536760">
            <w:pPr>
              <w:spacing w:after="0"/>
              <w:rPr>
                <w:rFonts w:ascii="Yu Gothic" w:eastAsia="Yu Gothic" w:hAnsi="Yu Gothic"/>
                <w:sz w:val="20"/>
                <w:szCs w:val="24"/>
              </w:rPr>
            </w:pPr>
          </w:p>
        </w:tc>
      </w:tr>
    </w:tbl>
    <w:p w14:paraId="44E7FF3B" w14:textId="6C7FFA41" w:rsidR="00536760" w:rsidRPr="008D20B5" w:rsidRDefault="00536760" w:rsidP="006109AF">
      <w:pPr>
        <w:spacing w:after="0"/>
        <w:rPr>
          <w:rFonts w:ascii="Yu Gothic" w:eastAsia="Yu Gothic" w:hAnsi="Yu Gothic"/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3601"/>
        <w:gridCol w:w="1955"/>
        <w:gridCol w:w="1474"/>
        <w:gridCol w:w="2438"/>
      </w:tblGrid>
      <w:tr w:rsidR="00F9323E" w:rsidRPr="008D20B5" w14:paraId="19CA58CD" w14:textId="77777777" w:rsidTr="00947EDF">
        <w:trPr>
          <w:cantSplit/>
        </w:trPr>
        <w:tc>
          <w:tcPr>
            <w:tcW w:w="10205" w:type="dxa"/>
            <w:gridSpan w:val="5"/>
            <w:shd w:val="clear" w:color="auto" w:fill="000000" w:themeFill="text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4624A55" w14:textId="219649F5" w:rsidR="00F9323E" w:rsidRPr="00F9323E" w:rsidRDefault="00F9323E" w:rsidP="00F9323E">
            <w:pPr>
              <w:spacing w:after="0"/>
              <w:rPr>
                <w:rFonts w:ascii="Yu Gothic" w:eastAsia="Yu Gothic" w:hAnsi="Yu Gothic"/>
                <w:b/>
                <w:bCs/>
                <w:color w:val="FFFFFF" w:themeColor="background1"/>
                <w:sz w:val="22"/>
                <w:szCs w:val="32"/>
                <w:lang w:eastAsia="ja-JP"/>
              </w:rPr>
            </w:pPr>
            <w:r w:rsidRPr="00F9323E">
              <w:rPr>
                <w:rFonts w:ascii="Yu Gothic" w:eastAsia="Yu Gothic" w:hAnsi="Yu Gothic"/>
                <w:b/>
                <w:bCs/>
                <w:color w:val="FFFFFF" w:themeColor="background1"/>
                <w:sz w:val="22"/>
                <w:szCs w:val="32"/>
                <w:lang w:eastAsia="ja-JP"/>
              </w:rPr>
              <w:t>2 ご注文内容</w:t>
            </w:r>
            <w:r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2"/>
                <w:szCs w:val="32"/>
                <w:lang w:eastAsia="ja-JP"/>
              </w:rPr>
              <w:t xml:space="preserve">　／　</w:t>
            </w:r>
            <w:r w:rsidRPr="00F9323E">
              <w:rPr>
                <w:rFonts w:ascii="Yu Gothic" w:eastAsia="Yu Gothic" w:hAnsi="Yu Gothic"/>
                <w:b/>
                <w:bCs/>
                <w:color w:val="FFFFFF" w:themeColor="background1"/>
                <w:sz w:val="22"/>
                <w:szCs w:val="32"/>
                <w:lang w:eastAsia="ja-JP"/>
              </w:rPr>
              <w:t>表示価格は税込・送料込です。</w:t>
            </w:r>
          </w:p>
        </w:tc>
      </w:tr>
      <w:tr w:rsidR="00F9323E" w:rsidRPr="008D20B5" w14:paraId="6FA4498F" w14:textId="77777777" w:rsidTr="00947EDF">
        <w:trPr>
          <w:cantSplit/>
        </w:trPr>
        <w:tc>
          <w:tcPr>
            <w:tcW w:w="737" w:type="dxa"/>
            <w:shd w:val="clear" w:color="auto" w:fill="7F7F7F" w:themeFill="text1" w:themeFillTint="80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2A7411C" w14:textId="55E51623" w:rsidR="00F9323E" w:rsidRPr="00F9323E" w:rsidRDefault="00F9323E" w:rsidP="00F9323E">
            <w:pPr>
              <w:spacing w:after="0"/>
              <w:jc w:val="center"/>
              <w:rPr>
                <w:rFonts w:ascii="Yu Gothic" w:eastAsia="Yu Gothic" w:hAnsi="Yu Gothic"/>
                <w:b/>
                <w:color w:val="FFFFFF"/>
              </w:rPr>
            </w:pPr>
            <w:proofErr w:type="spellStart"/>
            <w:r w:rsidRPr="00F9323E">
              <w:rPr>
                <w:rFonts w:ascii="Yu Gothic" w:eastAsia="Yu Gothic" w:hAnsi="Yu Gothic"/>
                <w:b/>
                <w:color w:val="FFFFFF"/>
              </w:rPr>
              <w:t>区分</w:t>
            </w:r>
            <w:proofErr w:type="spellEnd"/>
          </w:p>
        </w:tc>
        <w:tc>
          <w:tcPr>
            <w:tcW w:w="3601" w:type="dxa"/>
            <w:shd w:val="clear" w:color="auto" w:fill="7F7F7F" w:themeFill="text1" w:themeFillTint="80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5799A7B" w14:textId="508F11C2" w:rsidR="00F9323E" w:rsidRPr="00F9323E" w:rsidRDefault="00F9323E" w:rsidP="008A5224">
            <w:pPr>
              <w:spacing w:after="0"/>
              <w:jc w:val="center"/>
              <w:rPr>
                <w:rFonts w:ascii="Yu Gothic" w:eastAsia="Yu Gothic" w:hAnsi="Yu Gothic"/>
                <w:b/>
                <w:color w:val="FFFFFF"/>
              </w:rPr>
            </w:pPr>
            <w:proofErr w:type="spellStart"/>
            <w:r w:rsidRPr="00F9323E">
              <w:rPr>
                <w:rFonts w:ascii="Yu Gothic" w:eastAsia="Yu Gothic" w:hAnsi="Yu Gothic"/>
                <w:b/>
                <w:color w:val="FFFFFF"/>
              </w:rPr>
              <w:t>セット名</w:t>
            </w:r>
            <w:proofErr w:type="spellEnd"/>
          </w:p>
        </w:tc>
        <w:tc>
          <w:tcPr>
            <w:tcW w:w="1955" w:type="dxa"/>
            <w:shd w:val="clear" w:color="auto" w:fill="7F7F7F" w:themeFill="text1" w:themeFillTint="80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52802DA" w14:textId="1BA91F8A" w:rsidR="00F9323E" w:rsidRPr="00F9323E" w:rsidRDefault="00F9323E" w:rsidP="00F9323E">
            <w:pPr>
              <w:spacing w:after="0"/>
              <w:jc w:val="center"/>
              <w:rPr>
                <w:rFonts w:ascii="Yu Gothic" w:eastAsia="Yu Gothic" w:hAnsi="Yu Gothic"/>
                <w:b/>
                <w:color w:val="FFFFFF"/>
              </w:rPr>
            </w:pPr>
            <w:proofErr w:type="spellStart"/>
            <w:r w:rsidRPr="00F9323E">
              <w:rPr>
                <w:rFonts w:ascii="Yu Gothic" w:eastAsia="Yu Gothic" w:hAnsi="Yu Gothic"/>
                <w:b/>
                <w:color w:val="FFFFFF"/>
              </w:rPr>
              <w:t>単価</w:t>
            </w:r>
            <w:proofErr w:type="spellEnd"/>
          </w:p>
        </w:tc>
        <w:tc>
          <w:tcPr>
            <w:tcW w:w="1474" w:type="dxa"/>
            <w:shd w:val="clear" w:color="auto" w:fill="7F7F7F" w:themeFill="text1" w:themeFillTint="80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023872" w14:textId="422B9F5D" w:rsidR="00F9323E" w:rsidRPr="00F9323E" w:rsidRDefault="00F9323E" w:rsidP="00F9323E">
            <w:pPr>
              <w:spacing w:after="0"/>
              <w:jc w:val="center"/>
              <w:rPr>
                <w:rFonts w:ascii="Yu Gothic" w:eastAsia="Yu Gothic" w:hAnsi="Yu Gothic"/>
                <w:b/>
                <w:color w:val="FFFFFF"/>
              </w:rPr>
            </w:pPr>
            <w:proofErr w:type="spellStart"/>
            <w:r w:rsidRPr="00F9323E">
              <w:rPr>
                <w:rFonts w:ascii="Yu Gothic" w:eastAsia="Yu Gothic" w:hAnsi="Yu Gothic"/>
                <w:b/>
                <w:color w:val="FFFFFF"/>
              </w:rPr>
              <w:t>数量</w:t>
            </w:r>
            <w:proofErr w:type="spellEnd"/>
          </w:p>
        </w:tc>
        <w:tc>
          <w:tcPr>
            <w:tcW w:w="2438" w:type="dxa"/>
            <w:shd w:val="clear" w:color="auto" w:fill="7F7F7F" w:themeFill="text1" w:themeFillTint="80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F3C1952" w14:textId="1E8D8F66" w:rsidR="00F9323E" w:rsidRPr="00F9323E" w:rsidRDefault="00F9323E" w:rsidP="00F9323E">
            <w:pPr>
              <w:spacing w:after="0"/>
              <w:jc w:val="center"/>
              <w:rPr>
                <w:rFonts w:ascii="Yu Gothic" w:eastAsia="Yu Gothic" w:hAnsi="Yu Gothic"/>
                <w:b/>
                <w:color w:val="FFFFFF"/>
              </w:rPr>
            </w:pPr>
            <w:proofErr w:type="spellStart"/>
            <w:r w:rsidRPr="00F9323E">
              <w:rPr>
                <w:rFonts w:ascii="Yu Gothic" w:eastAsia="Yu Gothic" w:hAnsi="Yu Gothic"/>
                <w:b/>
                <w:color w:val="FFFFFF"/>
              </w:rPr>
              <w:t>金額</w:t>
            </w:r>
            <w:proofErr w:type="spellEnd"/>
          </w:p>
        </w:tc>
      </w:tr>
      <w:tr w:rsidR="00F9323E" w:rsidRPr="008D20B5" w14:paraId="782F8CD9" w14:textId="77777777" w:rsidTr="00947EDF">
        <w:trPr>
          <w:cantSplit/>
        </w:trPr>
        <w:tc>
          <w:tcPr>
            <w:tcW w:w="73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2BD739D" w14:textId="77777777" w:rsidR="00F9323E" w:rsidRPr="008D20B5" w:rsidRDefault="00F9323E" w:rsidP="00F9323E">
            <w:pPr>
              <w:spacing w:after="0"/>
              <w:jc w:val="center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A</w:t>
            </w:r>
          </w:p>
        </w:tc>
        <w:tc>
          <w:tcPr>
            <w:tcW w:w="360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908F7EC" w14:textId="77777777" w:rsidR="00F9323E" w:rsidRPr="008D20B5" w:rsidRDefault="00F9323E" w:rsidP="008A5224">
            <w:pPr>
              <w:spacing w:after="0"/>
              <w:jc w:val="center"/>
              <w:rPr>
                <w:rFonts w:ascii="Yu Gothic" w:eastAsia="Yu Gothic" w:hAnsi="Yu Gothic"/>
              </w:rPr>
            </w:pPr>
            <w:proofErr w:type="spellStart"/>
            <w:r w:rsidRPr="008D20B5">
              <w:rPr>
                <w:rFonts w:ascii="Yu Gothic" w:eastAsia="Yu Gothic" w:hAnsi="Yu Gothic"/>
              </w:rPr>
              <w:t>八代まるごとセット</w:t>
            </w:r>
            <w:proofErr w:type="spellEnd"/>
          </w:p>
        </w:tc>
        <w:tc>
          <w:tcPr>
            <w:tcW w:w="195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81BE0D2" w14:textId="77777777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10,000円</w:t>
            </w:r>
          </w:p>
        </w:tc>
        <w:tc>
          <w:tcPr>
            <w:tcW w:w="147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08C98BA" w14:textId="5A6E6058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個</w:t>
            </w:r>
          </w:p>
        </w:tc>
        <w:tc>
          <w:tcPr>
            <w:tcW w:w="243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CCBF981" w14:textId="5772EBD4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円</w:t>
            </w:r>
          </w:p>
        </w:tc>
      </w:tr>
      <w:tr w:rsidR="00F9323E" w:rsidRPr="008D20B5" w14:paraId="7CE82D14" w14:textId="77777777" w:rsidTr="00947EDF">
        <w:trPr>
          <w:cantSplit/>
        </w:trPr>
        <w:tc>
          <w:tcPr>
            <w:tcW w:w="73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33B4982" w14:textId="77777777" w:rsidR="00F9323E" w:rsidRPr="008D20B5" w:rsidRDefault="00F9323E" w:rsidP="00F9323E">
            <w:pPr>
              <w:spacing w:after="0"/>
              <w:jc w:val="center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B</w:t>
            </w:r>
          </w:p>
        </w:tc>
        <w:tc>
          <w:tcPr>
            <w:tcW w:w="360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47FD0A0" w14:textId="77777777" w:rsidR="00F9323E" w:rsidRPr="008D20B5" w:rsidRDefault="00F9323E" w:rsidP="008A5224">
            <w:pPr>
              <w:spacing w:after="0"/>
              <w:jc w:val="center"/>
              <w:rPr>
                <w:rFonts w:ascii="Yu Gothic" w:eastAsia="Yu Gothic" w:hAnsi="Yu Gothic"/>
                <w:lang w:eastAsia="ja-JP"/>
              </w:rPr>
            </w:pPr>
            <w:r w:rsidRPr="008D20B5">
              <w:rPr>
                <w:rFonts w:ascii="Yu Gothic" w:eastAsia="Yu Gothic" w:hAnsi="Yu Gothic"/>
                <w:lang w:eastAsia="ja-JP"/>
              </w:rPr>
              <w:t>八代うまかもんセット</w:t>
            </w:r>
          </w:p>
        </w:tc>
        <w:tc>
          <w:tcPr>
            <w:tcW w:w="195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6736024" w14:textId="77777777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5,000円</w:t>
            </w:r>
          </w:p>
        </w:tc>
        <w:tc>
          <w:tcPr>
            <w:tcW w:w="147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33C3300" w14:textId="6ECE1860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個</w:t>
            </w:r>
          </w:p>
        </w:tc>
        <w:tc>
          <w:tcPr>
            <w:tcW w:w="243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77D4C62" w14:textId="738A1E72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円</w:t>
            </w:r>
          </w:p>
        </w:tc>
      </w:tr>
      <w:tr w:rsidR="00F9323E" w:rsidRPr="008D20B5" w14:paraId="0A30603E" w14:textId="77777777" w:rsidTr="00947EDF">
        <w:trPr>
          <w:cantSplit/>
        </w:trPr>
        <w:tc>
          <w:tcPr>
            <w:tcW w:w="73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2166487" w14:textId="77777777" w:rsidR="00F9323E" w:rsidRPr="008D20B5" w:rsidRDefault="00F9323E" w:rsidP="00F9323E">
            <w:pPr>
              <w:spacing w:after="0"/>
              <w:jc w:val="center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C</w:t>
            </w:r>
          </w:p>
        </w:tc>
        <w:tc>
          <w:tcPr>
            <w:tcW w:w="360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01B9071" w14:textId="77777777" w:rsidR="00F9323E" w:rsidRPr="008D20B5" w:rsidRDefault="00F9323E" w:rsidP="008A5224">
            <w:pPr>
              <w:spacing w:after="0"/>
              <w:jc w:val="center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八代よかもんセット</w:t>
            </w:r>
          </w:p>
        </w:tc>
        <w:tc>
          <w:tcPr>
            <w:tcW w:w="195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C813391" w14:textId="77777777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3,000円</w:t>
            </w:r>
          </w:p>
        </w:tc>
        <w:tc>
          <w:tcPr>
            <w:tcW w:w="147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3A40676" w14:textId="14BEFA1F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個</w:t>
            </w:r>
          </w:p>
        </w:tc>
        <w:tc>
          <w:tcPr>
            <w:tcW w:w="243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698ACF7" w14:textId="7D8E30BA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円</w:t>
            </w:r>
          </w:p>
        </w:tc>
      </w:tr>
      <w:tr w:rsidR="00F9323E" w:rsidRPr="008D20B5" w14:paraId="24FBD5A8" w14:textId="77777777" w:rsidTr="00947EDF">
        <w:trPr>
          <w:cantSplit/>
        </w:trPr>
        <w:tc>
          <w:tcPr>
            <w:tcW w:w="73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CE8DC33" w14:textId="77777777" w:rsidR="00F9323E" w:rsidRPr="008D20B5" w:rsidRDefault="00F9323E" w:rsidP="00F9323E">
            <w:pPr>
              <w:spacing w:after="0"/>
              <w:jc w:val="center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D</w:t>
            </w:r>
          </w:p>
        </w:tc>
        <w:tc>
          <w:tcPr>
            <w:tcW w:w="360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C547AC7" w14:textId="77777777" w:rsidR="00F9323E" w:rsidRPr="008D20B5" w:rsidRDefault="00F9323E" w:rsidP="008A5224">
            <w:pPr>
              <w:spacing w:after="0"/>
              <w:jc w:val="center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くまモンセット</w:t>
            </w:r>
          </w:p>
        </w:tc>
        <w:tc>
          <w:tcPr>
            <w:tcW w:w="195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FF6EDA6" w14:textId="77777777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4,000円</w:t>
            </w:r>
          </w:p>
        </w:tc>
        <w:tc>
          <w:tcPr>
            <w:tcW w:w="147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F07CC79" w14:textId="52F05BFC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個</w:t>
            </w:r>
          </w:p>
        </w:tc>
        <w:tc>
          <w:tcPr>
            <w:tcW w:w="243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93C2F9F" w14:textId="6A05BBAB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円</w:t>
            </w:r>
          </w:p>
        </w:tc>
      </w:tr>
      <w:tr w:rsidR="00F9323E" w:rsidRPr="008D20B5" w14:paraId="2B8DECFC" w14:textId="77777777" w:rsidTr="00947EDF">
        <w:trPr>
          <w:cantSplit/>
        </w:trPr>
        <w:tc>
          <w:tcPr>
            <w:tcW w:w="73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C406146" w14:textId="77777777" w:rsidR="00F9323E" w:rsidRPr="008D20B5" w:rsidRDefault="00F9323E" w:rsidP="00627B8A">
            <w:pPr>
              <w:spacing w:after="0"/>
              <w:jc w:val="center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>合計</w:t>
            </w:r>
          </w:p>
        </w:tc>
        <w:tc>
          <w:tcPr>
            <w:tcW w:w="360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CE0B310" w14:textId="77777777" w:rsidR="00F9323E" w:rsidRPr="008D20B5" w:rsidRDefault="00F9323E" w:rsidP="00F9323E">
            <w:pPr>
              <w:spacing w:after="0"/>
              <w:rPr>
                <w:rFonts w:ascii="Yu Gothic" w:eastAsia="Yu Gothic" w:hAnsi="Yu Gothic"/>
              </w:rPr>
            </w:pPr>
          </w:p>
        </w:tc>
        <w:tc>
          <w:tcPr>
            <w:tcW w:w="195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34257BC" w14:textId="77777777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</w:p>
        </w:tc>
        <w:tc>
          <w:tcPr>
            <w:tcW w:w="147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32CA8EE" w14:textId="77777777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 xml:space="preserve">　　 個</w:t>
            </w:r>
          </w:p>
        </w:tc>
        <w:tc>
          <w:tcPr>
            <w:tcW w:w="243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3597FF0" w14:textId="77777777" w:rsidR="00F9323E" w:rsidRPr="008D20B5" w:rsidRDefault="00F9323E" w:rsidP="00246E0C">
            <w:pPr>
              <w:spacing w:after="0"/>
              <w:jc w:val="right"/>
              <w:rPr>
                <w:rFonts w:ascii="Yu Gothic" w:eastAsia="Yu Gothic" w:hAnsi="Yu Gothic"/>
              </w:rPr>
            </w:pPr>
            <w:r w:rsidRPr="008D20B5">
              <w:rPr>
                <w:rFonts w:ascii="Yu Gothic" w:eastAsia="Yu Gothic" w:hAnsi="Yu Gothic"/>
              </w:rPr>
              <w:t xml:space="preserve">　　　　 円</w:t>
            </w:r>
          </w:p>
        </w:tc>
      </w:tr>
    </w:tbl>
    <w:p w14:paraId="7EC94E5E" w14:textId="656AE8DF" w:rsidR="00536760" w:rsidRPr="008D20B5" w:rsidRDefault="00536760" w:rsidP="006109AF">
      <w:pPr>
        <w:pStyle w:val="1"/>
        <w:spacing w:after="0"/>
        <w:rPr>
          <w:rFonts w:ascii="Yu Gothic" w:eastAsia="Yu Gothic" w:hAnsi="Yu Gothic"/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5"/>
        <w:gridCol w:w="5300"/>
      </w:tblGrid>
      <w:tr w:rsidR="00D56487" w:rsidRPr="006B1FCC" w14:paraId="673040B6" w14:textId="77777777" w:rsidTr="00947EDF">
        <w:trPr>
          <w:cantSplit/>
        </w:trPr>
        <w:tc>
          <w:tcPr>
            <w:tcW w:w="10205" w:type="dxa"/>
            <w:gridSpan w:val="2"/>
            <w:shd w:val="clear" w:color="auto" w:fill="000000" w:themeFill="text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16C6A20" w14:textId="0DC9A646" w:rsidR="00D56487" w:rsidRPr="006B1FCC" w:rsidRDefault="00D56487" w:rsidP="001F4A38">
            <w:pPr>
              <w:spacing w:after="0"/>
              <w:rPr>
                <w:rFonts w:ascii="Yu Gothic" w:eastAsia="Yu Gothic" w:hAnsi="Yu Gothic"/>
                <w:b/>
                <w:bCs/>
                <w:color w:val="FFFFFF" w:themeColor="background1"/>
                <w:sz w:val="22"/>
                <w:szCs w:val="32"/>
                <w:lang w:eastAsia="ja-JP"/>
              </w:rPr>
            </w:pPr>
            <w:r w:rsidRPr="00D56487">
              <w:rPr>
                <w:rFonts w:ascii="Yu Gothic" w:eastAsia="Yu Gothic" w:hAnsi="Yu Gothic"/>
                <w:b/>
                <w:bCs/>
                <w:color w:val="FFFFFF" w:themeColor="background1"/>
                <w:sz w:val="22"/>
                <w:szCs w:val="32"/>
                <w:lang w:eastAsia="ja-JP"/>
              </w:rPr>
              <w:t>3 配送と納期のご希望</w:t>
            </w:r>
          </w:p>
        </w:tc>
      </w:tr>
      <w:tr w:rsidR="00D56487" w:rsidRPr="00F9323E" w14:paraId="6B7D8D41" w14:textId="77777777" w:rsidTr="00947EDF">
        <w:trPr>
          <w:cantSplit/>
        </w:trPr>
        <w:tc>
          <w:tcPr>
            <w:tcW w:w="490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12F8652" w14:textId="124793B8" w:rsidR="00D56487" w:rsidRPr="00F9323E" w:rsidRDefault="00FF7FBC" w:rsidP="001F4A38">
            <w:pPr>
              <w:spacing w:after="0"/>
              <w:rPr>
                <w:rFonts w:ascii="Yu Gothic" w:eastAsia="Yu Gothic" w:hAnsi="Yu Gothic"/>
                <w:sz w:val="20"/>
                <w:szCs w:val="24"/>
                <w:lang w:eastAsia="ja-JP"/>
              </w:rPr>
            </w:pPr>
            <w:r w:rsidRPr="00FF7FBC">
              <w:rPr>
                <w:rFonts w:ascii="Yu Gothic" w:eastAsia="Yu Gothic" w:hAnsi="Yu Gothic"/>
                <w:sz w:val="20"/>
                <w:szCs w:val="24"/>
                <w:lang w:eastAsia="ja-JP"/>
              </w:rPr>
              <w:t>□ 申込者所在地へ一括配送</w:t>
            </w:r>
          </w:p>
        </w:tc>
        <w:tc>
          <w:tcPr>
            <w:tcW w:w="53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740C976" w14:textId="44F8CC1A" w:rsidR="00D56487" w:rsidRPr="00F9323E" w:rsidRDefault="00FF7FBC" w:rsidP="001F4A38">
            <w:pPr>
              <w:spacing w:after="0"/>
              <w:rPr>
                <w:rFonts w:ascii="Yu Gothic" w:eastAsia="Yu Gothic" w:hAnsi="Yu Gothic"/>
                <w:sz w:val="20"/>
                <w:szCs w:val="24"/>
                <w:lang w:eastAsia="ja-JP"/>
              </w:rPr>
            </w:pPr>
            <w:r w:rsidRPr="00FF7FBC">
              <w:rPr>
                <w:rFonts w:ascii="Yu Gothic" w:eastAsia="Yu Gothic" w:hAnsi="Yu Gothic"/>
                <w:sz w:val="20"/>
                <w:szCs w:val="24"/>
                <w:lang w:eastAsia="ja-JP"/>
              </w:rPr>
              <w:t>□ 配送先Excelを添付（　　 件）</w:t>
            </w:r>
          </w:p>
        </w:tc>
      </w:tr>
      <w:tr w:rsidR="00A328B0" w:rsidRPr="00F9323E" w14:paraId="1C4A98FE" w14:textId="77777777" w:rsidTr="00947EDF">
        <w:trPr>
          <w:cantSplit/>
        </w:trPr>
        <w:tc>
          <w:tcPr>
            <w:tcW w:w="490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C91DC75" w14:textId="33C731E6" w:rsidR="00A328B0" w:rsidRPr="00F9323E" w:rsidRDefault="00FF7FBC" w:rsidP="001F4A38">
            <w:pPr>
              <w:spacing w:after="0"/>
              <w:rPr>
                <w:rFonts w:ascii="Yu Gothic" w:eastAsia="Yu Gothic" w:hAnsi="Yu Gothic"/>
                <w:sz w:val="20"/>
                <w:szCs w:val="24"/>
                <w:lang w:eastAsia="zh-CN"/>
              </w:rPr>
            </w:pPr>
            <w:r w:rsidRPr="00FF7FBC">
              <w:rPr>
                <w:rFonts w:ascii="Yu Gothic" w:eastAsia="Yu Gothic" w:hAnsi="Yu Gothic"/>
                <w:sz w:val="20"/>
                <w:szCs w:val="24"/>
                <w:lang w:eastAsia="zh-CN"/>
              </w:rPr>
              <w:t>希望到着日：</w:t>
            </w:r>
            <w:r w:rsidR="00627B8A">
              <w:rPr>
                <w:rFonts w:ascii="Yu Gothic" w:eastAsia="Yu Gothic" w:hAnsi="Yu Gothic" w:hint="eastAsia"/>
                <w:sz w:val="20"/>
                <w:szCs w:val="24"/>
                <w:lang w:eastAsia="zh-CN"/>
              </w:rPr>
              <w:t xml:space="preserve">　　　　</w:t>
            </w:r>
            <w:r w:rsidRPr="00FF7FBC">
              <w:rPr>
                <w:rFonts w:ascii="Yu Gothic" w:eastAsia="Yu Gothic" w:hAnsi="Yu Gothic"/>
                <w:sz w:val="20"/>
                <w:szCs w:val="24"/>
                <w:lang w:eastAsia="zh-CN"/>
              </w:rPr>
              <w:t xml:space="preserve"> 年　　 月　　 日</w:t>
            </w:r>
          </w:p>
        </w:tc>
        <w:tc>
          <w:tcPr>
            <w:tcW w:w="53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2C3601B" w14:textId="77777777" w:rsidR="00A328B0" w:rsidRPr="00F9323E" w:rsidRDefault="00A328B0" w:rsidP="001F4A38">
            <w:pPr>
              <w:spacing w:after="0"/>
              <w:rPr>
                <w:rFonts w:ascii="Yu Gothic" w:eastAsia="Yu Gothic" w:hAnsi="Yu Gothic"/>
                <w:sz w:val="20"/>
                <w:szCs w:val="24"/>
                <w:lang w:eastAsia="zh-CN"/>
              </w:rPr>
            </w:pPr>
          </w:p>
        </w:tc>
      </w:tr>
    </w:tbl>
    <w:p w14:paraId="09BB249A" w14:textId="0B0CB8BB" w:rsidR="00536760" w:rsidRPr="008D20B5" w:rsidRDefault="00536760" w:rsidP="006109AF">
      <w:pPr>
        <w:pStyle w:val="1"/>
        <w:spacing w:after="0"/>
        <w:rPr>
          <w:rFonts w:ascii="Yu Gothic" w:eastAsia="Yu Gothic" w:hAnsi="Yu Gothic"/>
          <w:lang w:eastAsia="zh-CN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794D16" w:rsidRPr="00F9323E" w14:paraId="182A2804" w14:textId="77777777" w:rsidTr="00947EDF">
        <w:trPr>
          <w:cantSplit/>
        </w:trPr>
        <w:tc>
          <w:tcPr>
            <w:tcW w:w="10205" w:type="dxa"/>
            <w:shd w:val="clear" w:color="auto" w:fill="000000" w:themeFill="text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3D40756" w14:textId="305A160D" w:rsidR="00794D16" w:rsidRPr="00F9323E" w:rsidRDefault="00794D16" w:rsidP="001F4A38">
            <w:pPr>
              <w:spacing w:after="0"/>
              <w:rPr>
                <w:rFonts w:ascii="Yu Gothic" w:eastAsia="Yu Gothic" w:hAnsi="Yu Gothic"/>
                <w:b/>
                <w:bCs/>
                <w:color w:val="FFFFFF" w:themeColor="background1"/>
                <w:sz w:val="22"/>
                <w:szCs w:val="32"/>
                <w:lang w:eastAsia="ja-JP"/>
              </w:rPr>
            </w:pPr>
            <w:r w:rsidRPr="00794D16">
              <w:rPr>
                <w:rFonts w:ascii="Yu Gothic" w:eastAsia="Yu Gothic" w:hAnsi="Yu Gothic"/>
                <w:b/>
                <w:bCs/>
                <w:color w:val="FFFFFF" w:themeColor="background1"/>
                <w:sz w:val="22"/>
                <w:szCs w:val="32"/>
                <w:lang w:eastAsia="ja-JP"/>
              </w:rPr>
              <w:t>4 請求書とお支払い</w:t>
            </w:r>
          </w:p>
        </w:tc>
      </w:tr>
      <w:tr w:rsidR="00204F1A" w:rsidRPr="00F9323E" w14:paraId="6B6C672D" w14:textId="77777777" w:rsidTr="00947EDF">
        <w:trPr>
          <w:cantSplit/>
        </w:trPr>
        <w:tc>
          <w:tcPr>
            <w:tcW w:w="1020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6D60436" w14:textId="23863913" w:rsidR="00204F1A" w:rsidRPr="00F9323E" w:rsidRDefault="00204F1A" w:rsidP="001F4A38">
            <w:pPr>
              <w:spacing w:after="0"/>
              <w:rPr>
                <w:rFonts w:ascii="Yu Gothic" w:eastAsia="Yu Gothic" w:hAnsi="Yu Gothic"/>
                <w:sz w:val="20"/>
                <w:szCs w:val="24"/>
                <w:lang w:eastAsia="ja-JP"/>
              </w:rPr>
            </w:pPr>
            <w:r w:rsidRPr="00204F1A">
              <w:rPr>
                <w:rFonts w:ascii="Yu Gothic" w:eastAsia="Yu Gothic" w:hAnsi="Yu Gothic"/>
                <w:sz w:val="20"/>
                <w:szCs w:val="24"/>
                <w:lang w:eastAsia="ja-JP"/>
              </w:rPr>
              <w:t>請求書宛名（申込者と異なる場合）：</w:t>
            </w:r>
          </w:p>
        </w:tc>
      </w:tr>
      <w:tr w:rsidR="000A6498" w:rsidRPr="00F9323E" w14:paraId="14B9EA1A" w14:textId="77777777" w:rsidTr="00947EDF">
        <w:trPr>
          <w:cantSplit/>
        </w:trPr>
        <w:tc>
          <w:tcPr>
            <w:tcW w:w="1020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97D3DD5" w14:textId="026EFD21" w:rsidR="000A6498" w:rsidRPr="00204F1A" w:rsidRDefault="000A6498" w:rsidP="001F4A38">
            <w:pPr>
              <w:spacing w:after="0"/>
              <w:rPr>
                <w:rFonts w:ascii="Yu Gothic" w:eastAsia="Yu Gothic" w:hAnsi="Yu Gothic"/>
                <w:sz w:val="20"/>
                <w:szCs w:val="24"/>
                <w:lang w:eastAsia="ja-JP"/>
              </w:rPr>
            </w:pPr>
            <w:r w:rsidRPr="000A6498">
              <w:rPr>
                <w:rFonts w:ascii="Yu Gothic" w:eastAsia="Yu Gothic" w:hAnsi="Yu Gothic"/>
                <w:sz w:val="20"/>
                <w:szCs w:val="24"/>
                <w:lang w:eastAsia="ja-JP"/>
              </w:rPr>
              <w:t>備考（請求書送付先・のし等のご相談）</w:t>
            </w:r>
          </w:p>
        </w:tc>
      </w:tr>
      <w:tr w:rsidR="00536760" w:rsidRPr="008D20B5" w14:paraId="32226EF2" w14:textId="77777777" w:rsidTr="00947EDF">
        <w:trPr>
          <w:cantSplit/>
        </w:trPr>
        <w:tc>
          <w:tcPr>
            <w:tcW w:w="1020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C422F6F" w14:textId="77777777" w:rsidR="00536760" w:rsidRPr="008D20B5" w:rsidRDefault="00000000">
            <w:pPr>
              <w:spacing w:after="0"/>
              <w:rPr>
                <w:rFonts w:ascii="Yu Gothic" w:eastAsia="Yu Gothic" w:hAnsi="Yu Gothic"/>
                <w:lang w:eastAsia="ja-JP"/>
              </w:rPr>
            </w:pPr>
            <w:r w:rsidRPr="008D20B5">
              <w:rPr>
                <w:rFonts w:ascii="Yu Gothic" w:eastAsia="Yu Gothic" w:hAnsi="Yu Gothic"/>
                <w:lang w:eastAsia="ja-JP"/>
              </w:rPr>
              <w:br/>
            </w:r>
          </w:p>
        </w:tc>
      </w:tr>
    </w:tbl>
    <w:p w14:paraId="1EB919DE" w14:textId="38269ED7" w:rsidR="00536760" w:rsidRPr="000A6498" w:rsidRDefault="00000000">
      <w:pPr>
        <w:spacing w:after="20"/>
        <w:rPr>
          <w:rFonts w:ascii="Yu Gothic" w:eastAsia="Yu Gothic" w:hAnsi="Yu Gothic"/>
          <w:sz w:val="20"/>
          <w:szCs w:val="24"/>
          <w:lang w:eastAsia="ja-JP"/>
        </w:rPr>
      </w:pPr>
      <w:r w:rsidRPr="000A6498">
        <w:rPr>
          <w:rFonts w:ascii="Yu Gothic" w:eastAsia="Yu Gothic" w:hAnsi="Yu Gothic"/>
          <w:szCs w:val="24"/>
          <w:lang w:eastAsia="ja-JP"/>
        </w:rPr>
        <w:t>・原則は入金確認後の手配です。後払いは事前</w:t>
      </w:r>
      <w:r w:rsidR="0029277A" w:rsidRPr="000A6498">
        <w:rPr>
          <w:rFonts w:ascii="Yu Gothic" w:eastAsia="Yu Gothic" w:hAnsi="Yu Gothic" w:hint="eastAsia"/>
          <w:szCs w:val="24"/>
          <w:lang w:eastAsia="ja-JP"/>
        </w:rPr>
        <w:t>にご相談ください</w:t>
      </w:r>
      <w:r w:rsidRPr="000A6498">
        <w:rPr>
          <w:rFonts w:ascii="Yu Gothic" w:eastAsia="Yu Gothic" w:hAnsi="Yu Gothic"/>
          <w:szCs w:val="24"/>
          <w:lang w:eastAsia="ja-JP"/>
        </w:rPr>
        <w:t>。</w:t>
      </w:r>
    </w:p>
    <w:p w14:paraId="3E22204E" w14:textId="77777777" w:rsidR="00536760" w:rsidRPr="000A6498" w:rsidRDefault="00000000">
      <w:pPr>
        <w:spacing w:after="20"/>
        <w:rPr>
          <w:rFonts w:ascii="Yu Gothic" w:eastAsia="Yu Gothic" w:hAnsi="Yu Gothic"/>
          <w:sz w:val="20"/>
          <w:szCs w:val="24"/>
          <w:lang w:eastAsia="ja-JP"/>
        </w:rPr>
      </w:pPr>
      <w:r w:rsidRPr="000A6498">
        <w:rPr>
          <w:rFonts w:ascii="Yu Gothic" w:eastAsia="Yu Gothic" w:hAnsi="Yu Gothic"/>
          <w:szCs w:val="24"/>
          <w:lang w:eastAsia="ja-JP"/>
        </w:rPr>
        <w:t>・配送先Excelのセット別数量合計を、申込書の注文数量と照合してください。</w:t>
      </w:r>
    </w:p>
    <w:p w14:paraId="3E3E3531" w14:textId="77777777" w:rsidR="00536760" w:rsidRPr="000A6498" w:rsidRDefault="00000000">
      <w:pPr>
        <w:spacing w:after="20"/>
        <w:rPr>
          <w:rFonts w:ascii="Yu Gothic" w:eastAsia="Yu Gothic" w:hAnsi="Yu Gothic"/>
          <w:sz w:val="20"/>
          <w:szCs w:val="24"/>
          <w:lang w:eastAsia="ja-JP"/>
        </w:rPr>
      </w:pPr>
      <w:r w:rsidRPr="000A6498">
        <w:rPr>
          <w:rFonts w:ascii="Yu Gothic" w:eastAsia="Yu Gothic" w:hAnsi="Yu Gothic"/>
          <w:szCs w:val="24"/>
          <w:lang w:eastAsia="ja-JP"/>
        </w:rPr>
        <w:t>・Bセットは冷蔵配送です。最短賞味期限は発送日から約1週間（チラシ記載）。</w:t>
      </w:r>
    </w:p>
    <w:p w14:paraId="738B5F01" w14:textId="77777777" w:rsidR="00536760" w:rsidRPr="000A6498" w:rsidRDefault="00000000">
      <w:pPr>
        <w:spacing w:after="20"/>
        <w:rPr>
          <w:rFonts w:ascii="Yu Gothic" w:eastAsia="Yu Gothic" w:hAnsi="Yu Gothic"/>
          <w:sz w:val="20"/>
          <w:szCs w:val="24"/>
          <w:lang w:eastAsia="ja-JP"/>
        </w:rPr>
      </w:pPr>
      <w:r w:rsidRPr="000A6498">
        <w:rPr>
          <w:rFonts w:ascii="Yu Gothic" w:eastAsia="Yu Gothic" w:hAnsi="Yu Gothic"/>
          <w:szCs w:val="24"/>
          <w:lang w:eastAsia="ja-JP"/>
        </w:rPr>
        <w:t>・個人情報は商品の発送・請求・本申込に関する連絡に使用します。</w:t>
      </w:r>
    </w:p>
    <w:p w14:paraId="44C8B122" w14:textId="77777777" w:rsidR="00536760" w:rsidRPr="000A6498" w:rsidRDefault="00000000">
      <w:pPr>
        <w:spacing w:after="20"/>
        <w:rPr>
          <w:rFonts w:ascii="Yu Gothic" w:eastAsia="Yu Gothic" w:hAnsi="Yu Gothic"/>
          <w:sz w:val="20"/>
          <w:szCs w:val="24"/>
          <w:lang w:eastAsia="ja-JP"/>
        </w:rPr>
      </w:pPr>
      <w:r w:rsidRPr="000A6498">
        <w:rPr>
          <w:rFonts w:ascii="Yu Gothic" w:eastAsia="Yu Gothic" w:hAnsi="Yu Gothic"/>
          <w:szCs w:val="24"/>
          <w:lang w:eastAsia="ja-JP"/>
        </w:rPr>
        <w:t>・変更・取消は速やかにご連絡ください。対応可否は手配状況を確認します。</w:t>
      </w:r>
    </w:p>
    <w:p w14:paraId="62404449" w14:textId="77777777" w:rsidR="00536760" w:rsidRPr="009A7FF4" w:rsidRDefault="00000000" w:rsidP="000A6498">
      <w:pPr>
        <w:jc w:val="center"/>
        <w:rPr>
          <w:rFonts w:ascii="Yu Gothic" w:eastAsia="Yu Gothic" w:hAnsi="Yu Gothic"/>
          <w:sz w:val="20"/>
          <w:szCs w:val="24"/>
          <w:u w:val="single"/>
          <w:lang w:eastAsia="ja-JP"/>
        </w:rPr>
      </w:pPr>
      <w:r w:rsidRPr="009A7FF4">
        <w:rPr>
          <w:rFonts w:ascii="Yu Gothic" w:eastAsia="Yu Gothic" w:hAnsi="Yu Gothic"/>
          <w:szCs w:val="24"/>
          <w:u w:val="single"/>
          <w:lang w:eastAsia="ja-JP"/>
        </w:rPr>
        <w:t>□ 上記の受付・納期・支払条件および個人情報の利用目的を確認しました。</w:t>
      </w:r>
    </w:p>
    <w:p w14:paraId="4E3077E9" w14:textId="4E0B1056" w:rsidR="00536760" w:rsidRPr="000A6498" w:rsidRDefault="00000000" w:rsidP="00485D8E">
      <w:pPr>
        <w:shd w:val="clear" w:color="auto" w:fill="BFBFBF" w:themeFill="background1" w:themeFillShade="BF"/>
        <w:jc w:val="center"/>
        <w:rPr>
          <w:rFonts w:ascii="Yu Gothic" w:eastAsia="Yu Gothic" w:hAnsi="Yu Gothic"/>
          <w:sz w:val="20"/>
          <w:szCs w:val="24"/>
          <w:lang w:eastAsia="ja-JP"/>
        </w:rPr>
      </w:pPr>
      <w:r w:rsidRPr="000A6498">
        <w:rPr>
          <w:rFonts w:ascii="Yu Gothic" w:eastAsia="Yu Gothic" w:hAnsi="Yu Gothic"/>
          <w:szCs w:val="24"/>
          <w:lang w:eastAsia="ja-JP"/>
        </w:rPr>
        <w:t>一般社団法人DMOやつしろ　 FAX：0965-32-2334</w:t>
      </w:r>
      <w:r w:rsidR="00794D16" w:rsidRPr="000A6498">
        <w:rPr>
          <w:rFonts w:ascii="Yu Gothic" w:eastAsia="Yu Gothic" w:hAnsi="Yu Gothic" w:hint="eastAsia"/>
          <w:szCs w:val="24"/>
          <w:lang w:eastAsia="ja-JP"/>
        </w:rPr>
        <w:t xml:space="preserve">　</w:t>
      </w:r>
      <w:r w:rsidRPr="000A6498">
        <w:rPr>
          <w:rFonts w:ascii="Yu Gothic" w:eastAsia="Yu Gothic" w:hAnsi="Yu Gothic"/>
          <w:szCs w:val="24"/>
          <w:lang w:eastAsia="ja-JP"/>
        </w:rPr>
        <w:t>メール：omotenashi.dmo8246@gmail.com</w:t>
      </w:r>
    </w:p>
    <w:p w14:paraId="34750D59" w14:textId="77777777" w:rsidR="00536760" w:rsidRPr="000A6498" w:rsidRDefault="00000000" w:rsidP="00485D8E">
      <w:pPr>
        <w:shd w:val="clear" w:color="auto" w:fill="BFBFBF" w:themeFill="background1" w:themeFillShade="BF"/>
        <w:jc w:val="center"/>
        <w:rPr>
          <w:rFonts w:ascii="Yu Gothic" w:eastAsia="Yu Gothic" w:hAnsi="Yu Gothic"/>
          <w:sz w:val="20"/>
          <w:szCs w:val="24"/>
          <w:lang w:eastAsia="ja-JP"/>
        </w:rPr>
      </w:pPr>
      <w:r w:rsidRPr="000A6498">
        <w:rPr>
          <w:rFonts w:ascii="Yu Gothic" w:eastAsia="Yu Gothic" w:hAnsi="Yu Gothic"/>
          <w:szCs w:val="24"/>
          <w:lang w:eastAsia="ja-JP"/>
        </w:rPr>
        <w:t>郵送先：〒866-0861 熊本県八代市本町1丁目10-36 ヨネザワビル</w:t>
      </w:r>
    </w:p>
    <w:sectPr w:rsidR="00536760" w:rsidRPr="000A6498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4168708">
    <w:abstractNumId w:val="8"/>
  </w:num>
  <w:num w:numId="2" w16cid:durableId="1287464899">
    <w:abstractNumId w:val="6"/>
  </w:num>
  <w:num w:numId="3" w16cid:durableId="97720616">
    <w:abstractNumId w:val="5"/>
  </w:num>
  <w:num w:numId="4" w16cid:durableId="642664113">
    <w:abstractNumId w:val="4"/>
  </w:num>
  <w:num w:numId="5" w16cid:durableId="933711345">
    <w:abstractNumId w:val="7"/>
  </w:num>
  <w:num w:numId="6" w16cid:durableId="1011832529">
    <w:abstractNumId w:val="3"/>
  </w:num>
  <w:num w:numId="7" w16cid:durableId="1488084066">
    <w:abstractNumId w:val="2"/>
  </w:num>
  <w:num w:numId="8" w16cid:durableId="441530714">
    <w:abstractNumId w:val="1"/>
  </w:num>
  <w:num w:numId="9" w16cid:durableId="211906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6498"/>
    <w:rsid w:val="0015074B"/>
    <w:rsid w:val="001742F3"/>
    <w:rsid w:val="00204F1A"/>
    <w:rsid w:val="00212521"/>
    <w:rsid w:val="00246E0C"/>
    <w:rsid w:val="0029277A"/>
    <w:rsid w:val="0029639D"/>
    <w:rsid w:val="00326F90"/>
    <w:rsid w:val="0042492A"/>
    <w:rsid w:val="004278D6"/>
    <w:rsid w:val="00485D8E"/>
    <w:rsid w:val="004E5AEA"/>
    <w:rsid w:val="00536760"/>
    <w:rsid w:val="006109AF"/>
    <w:rsid w:val="00627664"/>
    <w:rsid w:val="00627B8A"/>
    <w:rsid w:val="006667E8"/>
    <w:rsid w:val="00692262"/>
    <w:rsid w:val="006B1FCC"/>
    <w:rsid w:val="00794D16"/>
    <w:rsid w:val="008A5224"/>
    <w:rsid w:val="008D20B5"/>
    <w:rsid w:val="00947EDF"/>
    <w:rsid w:val="009A7FF4"/>
    <w:rsid w:val="00A328B0"/>
    <w:rsid w:val="00AA1D8D"/>
    <w:rsid w:val="00B47730"/>
    <w:rsid w:val="00CB0664"/>
    <w:rsid w:val="00D56487"/>
    <w:rsid w:val="00DE291B"/>
    <w:rsid w:val="00DE417B"/>
    <w:rsid w:val="00E33685"/>
    <w:rsid w:val="00F9134F"/>
    <w:rsid w:val="00F9323E"/>
    <w:rsid w:val="00FC693F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062061"/>
  <w14:defaultImageDpi w14:val="300"/>
  <w15:docId w15:val="{88B6A9DC-0AD1-4AA3-B96C-77E1A03E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52" w:lineRule="auto"/>
    </w:pPr>
    <w:rPr>
      <w:rFonts w:ascii="Droid Sans Fallback" w:eastAsia="Droid Sans Fallback" w:hAnsi="Droid Sans Fallback"/>
      <w:color w:val="000000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池田 匠</cp:lastModifiedBy>
  <cp:revision>28</cp:revision>
  <dcterms:created xsi:type="dcterms:W3CDTF">2013-12-23T23:15:00Z</dcterms:created>
  <dcterms:modified xsi:type="dcterms:W3CDTF">2026-10-14T05:03:00Z</dcterms:modified>
  <cp:category/>
</cp:coreProperties>
</file>